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400"/>
        <w:gridCol w:w="5400"/>
      </w:tblGrid>
      <w:tr w:rsidR="0028246D" w14:paraId="555C7F21" w14:textId="77777777">
        <w:trPr>
          <w:jc w:val="center"/>
        </w:trPr>
        <w:tc>
          <w:tcPr>
            <w:tcW w:w="5400" w:type="dxa"/>
          </w:tcPr>
          <w:p w14:paraId="7968366C" w14:textId="77777777" w:rsidR="0028246D" w:rsidRDefault="00000000">
            <w:r>
              <w:rPr>
                <w:rFonts w:ascii="Arial" w:hAnsi="Arial"/>
                <w:b/>
                <w:color w:val="EF4444"/>
              </w:rPr>
              <w:t>[ INSERT YOUR COMPANY NAME HERE ]</w:t>
            </w:r>
            <w:r>
              <w:rPr>
                <w:rFonts w:ascii="Arial" w:hAnsi="Arial"/>
                <w:b/>
                <w:color w:val="EF4444"/>
              </w:rPr>
              <w:br/>
            </w:r>
            <w:r>
              <w:rPr>
                <w:rFonts w:ascii="Arial" w:hAnsi="Arial"/>
                <w:color w:val="787878"/>
                <w:sz w:val="19"/>
              </w:rPr>
              <w:t>Health &amp; Safety Forms &amp; Logs</w:t>
            </w:r>
          </w:p>
        </w:tc>
        <w:tc>
          <w:tcPr>
            <w:tcW w:w="5400" w:type="dxa"/>
          </w:tcPr>
          <w:p w14:paraId="2DFCC69F" w14:textId="77777777" w:rsidR="0028246D" w:rsidRDefault="00000000">
            <w:pPr>
              <w:jc w:val="right"/>
            </w:pPr>
            <w:r>
              <w:rPr>
                <w:rFonts w:ascii="Arial" w:hAnsi="Arial"/>
                <w:color w:val="787878"/>
                <w:sz w:val="18"/>
              </w:rPr>
              <w:t>Date: ____________________</w:t>
            </w:r>
            <w:r>
              <w:rPr>
                <w:rFonts w:ascii="Arial" w:hAnsi="Arial"/>
                <w:color w:val="787878"/>
                <w:sz w:val="18"/>
              </w:rPr>
              <w:br/>
              <w:t>Log ID: ____________________</w:t>
            </w:r>
            <w:r>
              <w:rPr>
                <w:rFonts w:ascii="Arial" w:hAnsi="Arial"/>
                <w:color w:val="787878"/>
                <w:sz w:val="18"/>
              </w:rPr>
              <w:br/>
              <w:t>Version: 1.0</w:t>
            </w:r>
          </w:p>
        </w:tc>
      </w:tr>
    </w:tbl>
    <w:p w14:paraId="5885E5C3" w14:textId="77777777" w:rsidR="0028246D" w:rsidRDefault="0028246D">
      <w:pPr>
        <w:pBdr>
          <w:bottom w:val="single" w:sz="8" w:space="8" w:color="EF4444"/>
        </w:pBdr>
        <w:spacing w:after="280"/>
      </w:pPr>
    </w:p>
    <w:p w14:paraId="23CC3C57" w14:textId="77777777" w:rsidR="0028246D" w:rsidRDefault="00000000">
      <w:pPr>
        <w:spacing w:after="240"/>
      </w:pPr>
      <w:r>
        <w:rPr>
          <w:rFonts w:ascii="Arial" w:hAnsi="Arial"/>
          <w:b/>
          <w:color w:val="1E1E1E"/>
          <w:sz w:val="30"/>
        </w:rPr>
        <w:t>Joint Health and Safety Committee Monthly Meeting Template</w:t>
      </w:r>
    </w:p>
    <w:p w14:paraId="6D33888E" w14:textId="77777777" w:rsidR="0028246D" w:rsidRDefault="00000000">
      <w:r>
        <w:rPr>
          <w:rFonts w:ascii="Arial" w:hAnsi="Arial"/>
          <w:b/>
          <w:color w:val="EF4444"/>
        </w:rPr>
        <w:t>1.0 Form Objective &amp; Regulatory Context</w:t>
      </w:r>
    </w:p>
    <w:p w14:paraId="6D0A9D34" w14:textId="77777777" w:rsidR="0028246D" w:rsidRDefault="00000000">
      <w:pPr>
        <w:spacing w:after="120"/>
        <w:ind w:left="216"/>
      </w:pPr>
      <w:r>
        <w:rPr>
          <w:rFonts w:ascii="Arial" w:hAnsi="Arial"/>
          <w:color w:val="1E1E1E"/>
          <w:sz w:val="20"/>
        </w:rPr>
        <w:t>This Joint Health and Safety Committee (JHSC) Monthly Meeting Template is designed to document the proceedings of mandatory monthly safety committee meetings as required by WorkSafeBC Part 3 (OHS Regulation) and Section 3.8. The form ensures that all statutory requirements are met, including the review of workplace hazards, incident trends, inspection findings, and the status of corrective actions. It provides a standardized record for audit readiness and continuous improvement of the health and safety program.</w:t>
      </w:r>
    </w:p>
    <w:p w14:paraId="4B3DCA34" w14:textId="77777777" w:rsidR="0028246D" w:rsidRDefault="00000000">
      <w:r>
        <w:rPr>
          <w:rFonts w:ascii="Arial" w:hAnsi="Arial"/>
          <w:b/>
          <w:color w:val="EF4444"/>
        </w:rPr>
        <w:t>2.0 Administrative Details</w:t>
      </w:r>
    </w:p>
    <w:p w14:paraId="1C82FF8A" w14:textId="77777777" w:rsidR="0028246D" w:rsidRDefault="00000000">
      <w:pPr>
        <w:spacing w:after="160"/>
        <w:ind w:left="216"/>
      </w:pPr>
      <w:r>
        <w:rPr>
          <w:rFonts w:ascii="Arial" w:hAnsi="Arial"/>
          <w:color w:val="1E1E1E"/>
          <w:sz w:val="20"/>
        </w:rPr>
        <w:t>Date of Meeting: ____________________</w:t>
      </w:r>
    </w:p>
    <w:p w14:paraId="68921205" w14:textId="77777777" w:rsidR="0028246D" w:rsidRDefault="00000000">
      <w:pPr>
        <w:spacing w:after="160"/>
        <w:ind w:left="216"/>
      </w:pPr>
      <w:r>
        <w:rPr>
          <w:rFonts w:ascii="Arial" w:hAnsi="Arial"/>
          <w:color w:val="1E1E1E"/>
          <w:sz w:val="20"/>
        </w:rPr>
        <w:t>Time of Meeting (Start/End): ____________________</w:t>
      </w:r>
    </w:p>
    <w:p w14:paraId="46CA2F32" w14:textId="77777777" w:rsidR="0028246D" w:rsidRDefault="00000000">
      <w:pPr>
        <w:spacing w:after="160"/>
        <w:ind w:left="216"/>
      </w:pPr>
      <w:r>
        <w:rPr>
          <w:rFonts w:ascii="Arial" w:hAnsi="Arial"/>
          <w:color w:val="1E1E1E"/>
          <w:sz w:val="20"/>
        </w:rPr>
        <w:t>Location of Meeting: ____________________</w:t>
      </w:r>
    </w:p>
    <w:p w14:paraId="558161C9" w14:textId="77777777" w:rsidR="0028246D" w:rsidRDefault="00000000">
      <w:pPr>
        <w:spacing w:after="160"/>
        <w:ind w:left="216"/>
      </w:pPr>
      <w:r>
        <w:rPr>
          <w:rFonts w:ascii="Arial" w:hAnsi="Arial"/>
          <w:color w:val="1E1E1E"/>
          <w:sz w:val="20"/>
        </w:rPr>
        <w:t>Meeting Chairperson Name: ____________________</w:t>
      </w:r>
    </w:p>
    <w:p w14:paraId="5F9146F1" w14:textId="77777777" w:rsidR="0028246D" w:rsidRDefault="00000000">
      <w:pPr>
        <w:spacing w:after="160"/>
        <w:ind w:left="216"/>
      </w:pPr>
      <w:r>
        <w:rPr>
          <w:rFonts w:ascii="Arial" w:hAnsi="Arial"/>
          <w:color w:val="1E1E1E"/>
          <w:sz w:val="20"/>
        </w:rPr>
        <w:t>Meeting Secretary Name: ____________________</w:t>
      </w:r>
    </w:p>
    <w:p w14:paraId="635B6D1B" w14:textId="77777777" w:rsidR="0028246D" w:rsidRDefault="00000000">
      <w:pPr>
        <w:spacing w:after="160"/>
        <w:ind w:left="216"/>
      </w:pPr>
      <w:r>
        <w:rPr>
          <w:rFonts w:ascii="Arial" w:hAnsi="Arial"/>
          <w:color w:val="1E1E1E"/>
          <w:sz w:val="20"/>
        </w:rPr>
        <w:t>Number of Committee Members Present: ____________________</w:t>
      </w:r>
    </w:p>
    <w:p w14:paraId="457591AE" w14:textId="77777777" w:rsidR="0028246D" w:rsidRDefault="00000000">
      <w:pPr>
        <w:spacing w:after="160"/>
        <w:ind w:left="216"/>
      </w:pPr>
      <w:r>
        <w:rPr>
          <w:rFonts w:ascii="Arial" w:hAnsi="Arial"/>
          <w:color w:val="1E1E1E"/>
          <w:sz w:val="20"/>
        </w:rPr>
        <w:t>Quorum Achieved (Yes/No): ____________________</w:t>
      </w:r>
    </w:p>
    <w:p w14:paraId="4A629721" w14:textId="77777777" w:rsidR="0028246D" w:rsidRDefault="00000000">
      <w:r>
        <w:rPr>
          <w:rFonts w:ascii="Arial" w:hAnsi="Arial"/>
          <w:b/>
          <w:color w:val="EF4444"/>
        </w:rPr>
        <w:t>3.0 Audit / Inspection Items</w:t>
      </w:r>
    </w:p>
    <w:p w14:paraId="434C9B70" w14:textId="77777777" w:rsidR="0028246D" w:rsidRDefault="00000000">
      <w:pPr>
        <w:spacing w:after="160"/>
        <w:ind w:left="216"/>
      </w:pPr>
      <w:r>
        <w:rPr>
          <w:rFonts w:ascii="Arial" w:hAnsi="Arial"/>
          <w:color w:val="1E1E1E"/>
          <w:sz w:val="20"/>
        </w:rPr>
        <w:t>☐ Pass  ☐ Fail - Review and approval of previous meeting minutes.</w:t>
      </w:r>
    </w:p>
    <w:p w14:paraId="6CF3F858" w14:textId="77777777" w:rsidR="0028246D" w:rsidRDefault="00000000">
      <w:pPr>
        <w:spacing w:after="160"/>
        <w:ind w:left="216"/>
      </w:pPr>
      <w:r>
        <w:rPr>
          <w:rFonts w:ascii="Arial" w:hAnsi="Arial"/>
          <w:color w:val="1E1E1E"/>
          <w:sz w:val="20"/>
        </w:rPr>
        <w:t>☐ Pass  ☐ Fail - Review of workplace inspection reports from the past month.</w:t>
      </w:r>
    </w:p>
    <w:p w14:paraId="668B2DF2" w14:textId="77777777" w:rsidR="0028246D" w:rsidRDefault="00000000">
      <w:pPr>
        <w:spacing w:after="160"/>
        <w:ind w:left="216"/>
      </w:pPr>
      <w:r>
        <w:rPr>
          <w:rFonts w:ascii="Arial" w:hAnsi="Arial"/>
          <w:color w:val="1E1E1E"/>
          <w:sz w:val="20"/>
        </w:rPr>
        <w:t>☐ Pass  ☐ Fail - Review of incident/accident reports and near-miss trends.</w:t>
      </w:r>
    </w:p>
    <w:p w14:paraId="046E7F00" w14:textId="77777777" w:rsidR="0028246D" w:rsidRDefault="00000000">
      <w:pPr>
        <w:spacing w:after="160"/>
        <w:ind w:left="216"/>
      </w:pPr>
      <w:r>
        <w:rPr>
          <w:rFonts w:ascii="Arial" w:hAnsi="Arial"/>
          <w:color w:val="1E1E1E"/>
          <w:sz w:val="20"/>
        </w:rPr>
        <w:t>☐ Pass  ☐ Fail - Review of outstanding corrective actions and their status.</w:t>
      </w:r>
    </w:p>
    <w:p w14:paraId="1E0ACD90" w14:textId="77777777" w:rsidR="0028246D" w:rsidRDefault="00000000">
      <w:pPr>
        <w:spacing w:after="160"/>
        <w:ind w:left="216"/>
      </w:pPr>
      <w:r>
        <w:rPr>
          <w:rFonts w:ascii="Arial" w:hAnsi="Arial"/>
          <w:color w:val="1E1E1E"/>
          <w:sz w:val="20"/>
        </w:rPr>
        <w:t>☐ Pass  ☐ Fail - Discussion of new or emerging workplace hazards.</w:t>
      </w:r>
    </w:p>
    <w:p w14:paraId="1F7CC762" w14:textId="77777777" w:rsidR="0028246D" w:rsidRDefault="00000000">
      <w:pPr>
        <w:spacing w:after="160"/>
        <w:ind w:left="216"/>
      </w:pPr>
      <w:r>
        <w:rPr>
          <w:rFonts w:ascii="Arial" w:hAnsi="Arial"/>
          <w:color w:val="1E1E1E"/>
          <w:sz w:val="20"/>
        </w:rPr>
        <w:t>☐ Pass  ☐ Fail - Review of worker health and safety concerns or complaints.</w:t>
      </w:r>
    </w:p>
    <w:p w14:paraId="10F9CBAD" w14:textId="77777777" w:rsidR="0028246D" w:rsidRDefault="00000000">
      <w:pPr>
        <w:spacing w:after="160"/>
        <w:ind w:left="216"/>
      </w:pPr>
      <w:r>
        <w:rPr>
          <w:rFonts w:ascii="Arial" w:hAnsi="Arial"/>
          <w:color w:val="1E1E1E"/>
          <w:sz w:val="20"/>
        </w:rPr>
        <w:t>☐ Pass  ☐ Fail - Review of training records and competency updates.</w:t>
      </w:r>
    </w:p>
    <w:p w14:paraId="5A0773DA" w14:textId="77777777" w:rsidR="0028246D" w:rsidRDefault="00000000">
      <w:pPr>
        <w:spacing w:after="160"/>
        <w:ind w:left="216"/>
      </w:pPr>
      <w:r>
        <w:rPr>
          <w:rFonts w:ascii="Arial" w:hAnsi="Arial"/>
          <w:color w:val="1E1E1E"/>
          <w:sz w:val="20"/>
        </w:rPr>
        <w:t>☐ Pass  ☐ Fail - Discussion of changes to legislation or company safety policies.</w:t>
      </w:r>
    </w:p>
    <w:p w14:paraId="6AF46163" w14:textId="77777777" w:rsidR="0028246D" w:rsidRDefault="00000000">
      <w:pPr>
        <w:spacing w:after="160"/>
        <w:ind w:left="216"/>
      </w:pPr>
      <w:r>
        <w:rPr>
          <w:rFonts w:ascii="Arial" w:hAnsi="Arial"/>
          <w:color w:val="1E1E1E"/>
          <w:sz w:val="20"/>
        </w:rPr>
        <w:t>☐ Pass  ☐ Fail - Review of emergency response drills and equipment status.</w:t>
      </w:r>
    </w:p>
    <w:p w14:paraId="3C490216" w14:textId="4111B90A" w:rsidR="0028246D" w:rsidRDefault="00000000">
      <w:pPr>
        <w:spacing w:after="160"/>
        <w:ind w:left="216"/>
        <w:rPr>
          <w:rFonts w:ascii="Arial" w:hAnsi="Arial"/>
          <w:color w:val="1E1E1E"/>
          <w:sz w:val="20"/>
        </w:rPr>
      </w:pPr>
      <w:r>
        <w:rPr>
          <w:rFonts w:ascii="Arial" w:hAnsi="Arial"/>
          <w:color w:val="1E1E1E"/>
          <w:sz w:val="20"/>
        </w:rPr>
        <w:t xml:space="preserve">☐ </w:t>
      </w:r>
      <w:proofErr w:type="gramStart"/>
      <w:r>
        <w:rPr>
          <w:rFonts w:ascii="Arial" w:hAnsi="Arial"/>
          <w:color w:val="1E1E1E"/>
          <w:sz w:val="20"/>
        </w:rPr>
        <w:t>Pass  ☐</w:t>
      </w:r>
      <w:proofErr w:type="gramEnd"/>
      <w:r>
        <w:rPr>
          <w:rFonts w:ascii="Arial" w:hAnsi="Arial"/>
          <w:color w:val="1E1E1E"/>
          <w:sz w:val="20"/>
        </w:rPr>
        <w:t xml:space="preserve"> Fail - Assignment of action items with responsible </w:t>
      </w:r>
      <w:proofErr w:type="gramStart"/>
      <w:r>
        <w:rPr>
          <w:rFonts w:ascii="Arial" w:hAnsi="Arial"/>
          <w:color w:val="1E1E1E"/>
          <w:sz w:val="20"/>
        </w:rPr>
        <w:t>persons</w:t>
      </w:r>
      <w:proofErr w:type="gramEnd"/>
      <w:r>
        <w:rPr>
          <w:rFonts w:ascii="Arial" w:hAnsi="Arial"/>
          <w:color w:val="1E1E1E"/>
          <w:sz w:val="20"/>
        </w:rPr>
        <w:t xml:space="preserve"> and deadlines.</w:t>
      </w:r>
      <w:r w:rsidR="004D2725">
        <w:rPr>
          <w:rFonts w:ascii="Arial" w:hAnsi="Arial"/>
          <w:color w:val="1E1E1E"/>
          <w:sz w:val="20"/>
        </w:rPr>
        <w:br/>
      </w:r>
    </w:p>
    <w:p w14:paraId="464F2F81" w14:textId="77777777" w:rsidR="004D2725" w:rsidRDefault="004D2725">
      <w:pPr>
        <w:spacing w:after="160"/>
        <w:ind w:left="216"/>
      </w:pPr>
    </w:p>
    <w:p w14:paraId="57E1C7DA" w14:textId="77777777" w:rsidR="0028246D" w:rsidRDefault="00000000">
      <w:r>
        <w:rPr>
          <w:rFonts w:ascii="Arial" w:hAnsi="Arial"/>
          <w:b/>
          <w:color w:val="EF4444"/>
        </w:rPr>
        <w:lastRenderedPageBreak/>
        <w:t>4.0 Corrective Actions &amp; Deficiencies</w:t>
      </w:r>
    </w:p>
    <w:p w14:paraId="0BBCE970" w14:textId="77777777" w:rsidR="0028246D" w:rsidRDefault="00000000">
      <w:pPr>
        <w:spacing w:after="240"/>
        <w:ind w:left="216"/>
      </w:pPr>
      <w:r>
        <w:rPr>
          <w:rFonts w:ascii="Arial" w:hAnsi="Arial"/>
          <w:color w:val="1E1E1E"/>
          <w:sz w:val="20"/>
        </w:rPr>
        <w:t>Issue Description: ________________________________________</w:t>
      </w:r>
    </w:p>
    <w:p w14:paraId="69542F19" w14:textId="77777777" w:rsidR="0028246D" w:rsidRDefault="00000000">
      <w:pPr>
        <w:spacing w:after="240"/>
        <w:ind w:left="216"/>
      </w:pPr>
      <w:r>
        <w:rPr>
          <w:rFonts w:ascii="Arial" w:hAnsi="Arial"/>
          <w:color w:val="1E1E1E"/>
          <w:sz w:val="20"/>
        </w:rPr>
        <w:t>Root Cause Analysis: ________________________________________</w:t>
      </w:r>
    </w:p>
    <w:p w14:paraId="5D9FC1E0" w14:textId="77777777" w:rsidR="0028246D" w:rsidRDefault="00000000">
      <w:pPr>
        <w:spacing w:after="240"/>
        <w:ind w:left="216"/>
      </w:pPr>
      <w:r>
        <w:rPr>
          <w:rFonts w:ascii="Arial" w:hAnsi="Arial"/>
          <w:color w:val="1E1E1E"/>
          <w:sz w:val="20"/>
        </w:rPr>
        <w:t>Corrective Action Required: ________________________________________</w:t>
      </w:r>
    </w:p>
    <w:p w14:paraId="54DD8883" w14:textId="77777777" w:rsidR="0028246D" w:rsidRDefault="00000000">
      <w:pPr>
        <w:spacing w:after="240"/>
        <w:ind w:left="216"/>
      </w:pPr>
      <w:r>
        <w:rPr>
          <w:rFonts w:ascii="Arial" w:hAnsi="Arial"/>
          <w:color w:val="1E1E1E"/>
          <w:sz w:val="20"/>
        </w:rPr>
        <w:t>Responsible Person: ________________________________________</w:t>
      </w:r>
    </w:p>
    <w:p w14:paraId="51CAF722" w14:textId="77777777" w:rsidR="0028246D" w:rsidRDefault="00000000">
      <w:pPr>
        <w:spacing w:after="240"/>
        <w:ind w:left="216"/>
      </w:pPr>
      <w:r>
        <w:rPr>
          <w:rFonts w:ascii="Arial" w:hAnsi="Arial"/>
          <w:color w:val="1E1E1E"/>
          <w:sz w:val="20"/>
        </w:rPr>
        <w:t>Due Date: ________________________________________</w:t>
      </w:r>
    </w:p>
    <w:p w14:paraId="7277C29E" w14:textId="77777777" w:rsidR="0028246D" w:rsidRDefault="00000000">
      <w:pPr>
        <w:spacing w:after="240"/>
        <w:ind w:left="216"/>
      </w:pPr>
      <w:r>
        <w:rPr>
          <w:rFonts w:ascii="Arial" w:hAnsi="Arial"/>
          <w:color w:val="1E1E1E"/>
          <w:sz w:val="20"/>
        </w:rPr>
        <w:t>Status (Open/In Progress/Closed): ________________________________________</w:t>
      </w:r>
    </w:p>
    <w:p w14:paraId="77721D7B" w14:textId="77777777" w:rsidR="0028246D" w:rsidRDefault="00000000">
      <w:r>
        <w:rPr>
          <w:rFonts w:ascii="Arial" w:hAnsi="Arial"/>
          <w:b/>
          <w:color w:val="EF4444"/>
        </w:rPr>
        <w:t>5.0 Sign-off &amp; Authorization</w:t>
      </w:r>
    </w:p>
    <w:p w14:paraId="6FE20213" w14:textId="77777777" w:rsidR="0028246D" w:rsidRDefault="00000000">
      <w:pPr>
        <w:spacing w:after="360"/>
        <w:ind w:left="216"/>
      </w:pPr>
      <w:r>
        <w:rPr>
          <w:rFonts w:ascii="Arial" w:hAnsi="Arial"/>
          <w:color w:val="1E1E1E"/>
          <w:sz w:val="20"/>
        </w:rPr>
        <w:t>Chairperson Signature: __________________________ Date: ____________</w:t>
      </w:r>
    </w:p>
    <w:p w14:paraId="4C767F9F" w14:textId="77777777" w:rsidR="0028246D" w:rsidRDefault="00000000">
      <w:pPr>
        <w:spacing w:after="360"/>
        <w:ind w:left="216"/>
      </w:pPr>
      <w:r>
        <w:rPr>
          <w:rFonts w:ascii="Arial" w:hAnsi="Arial"/>
          <w:color w:val="1E1E1E"/>
          <w:sz w:val="20"/>
        </w:rPr>
        <w:t>Secretary Signature: __________________________ Date: ____________</w:t>
      </w:r>
    </w:p>
    <w:p w14:paraId="790AE62D" w14:textId="77777777" w:rsidR="0028246D" w:rsidRDefault="00000000">
      <w:pPr>
        <w:spacing w:after="360"/>
        <w:ind w:left="216"/>
      </w:pPr>
      <w:r>
        <w:rPr>
          <w:rFonts w:ascii="Arial" w:hAnsi="Arial"/>
          <w:color w:val="1E1E1E"/>
          <w:sz w:val="20"/>
        </w:rPr>
        <w:t>Management Representative Signature: __________________________ Date: ____________</w:t>
      </w:r>
    </w:p>
    <w:p w14:paraId="322D505F" w14:textId="77777777" w:rsidR="0028246D" w:rsidRDefault="00000000">
      <w:pPr>
        <w:spacing w:after="360"/>
        <w:ind w:left="216"/>
      </w:pPr>
      <w:r>
        <w:rPr>
          <w:rFonts w:ascii="Arial" w:hAnsi="Arial"/>
          <w:color w:val="1E1E1E"/>
          <w:sz w:val="20"/>
        </w:rPr>
        <w:t>Worker Representative Signature: __________________________ Date: ____________</w:t>
      </w:r>
    </w:p>
    <w:p w14:paraId="0F712874" w14:textId="77777777" w:rsidR="0028246D" w:rsidRDefault="0028246D">
      <w:pPr>
        <w:spacing w:after="280"/>
      </w:pPr>
    </w:p>
    <w:p w14:paraId="032998C0" w14:textId="77777777" w:rsidR="0028246D" w:rsidRDefault="00000000">
      <w:pPr>
        <w:spacing w:after="0"/>
        <w:jc w:val="both"/>
      </w:pPr>
      <w:r>
        <w:rPr>
          <w:rFonts w:ascii="Arial" w:hAnsi="Arial"/>
          <w:b/>
          <w:color w:val="787878"/>
          <w:sz w:val="15"/>
        </w:rPr>
        <w:t xml:space="preserve">Regulatory Disclaimer: </w:t>
      </w:r>
      <w:r>
        <w:rPr>
          <w:rFonts w:ascii="Arial" w:hAnsi="Arial"/>
          <w:color w:val="787878"/>
          <w:sz w:val="15"/>
        </w:rPr>
        <w:t>This audit log is a generic safety template. The end-user assumes all liability for validating all inspection parameters against WorkSafeBC, OH&amp;S, and specific equipment manuals before active shop floor deployment.</w:t>
      </w:r>
    </w:p>
    <w:sectPr w:rsidR="0028246D" w:rsidSect="0003461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376CE" w14:textId="77777777" w:rsidR="00520106" w:rsidRDefault="00520106">
      <w:pPr>
        <w:spacing w:after="0" w:line="240" w:lineRule="auto"/>
      </w:pPr>
      <w:r>
        <w:separator/>
      </w:r>
    </w:p>
  </w:endnote>
  <w:endnote w:type="continuationSeparator" w:id="0">
    <w:p w14:paraId="780C5FE2" w14:textId="77777777" w:rsidR="00520106" w:rsidRDefault="00520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1D4D" w14:textId="77777777" w:rsidR="0028246D" w:rsidRDefault="0028246D">
    <w:pPr>
      <w:pStyle w:val="Footer"/>
      <w:pBdr>
        <w:bottom w:val="single" w:sz="4" w:space="8" w:color="D1D5DB"/>
      </w:pBdr>
    </w:pPr>
  </w:p>
  <w:tbl>
    <w:tblPr>
      <w:tblW w:w="0" w:type="auto"/>
      <w:jc w:val="center"/>
      <w:tblLook w:val="04A0" w:firstRow="1" w:lastRow="0" w:firstColumn="1" w:lastColumn="0" w:noHBand="0" w:noVBand="1"/>
    </w:tblPr>
    <w:tblGrid>
      <w:gridCol w:w="5400"/>
      <w:gridCol w:w="5400"/>
    </w:tblGrid>
    <w:tr w:rsidR="0028246D" w14:paraId="39A32F26" w14:textId="77777777">
      <w:trPr>
        <w:jc w:val="center"/>
      </w:trPr>
      <w:tc>
        <w:tcPr>
          <w:tcW w:w="5400" w:type="dxa"/>
        </w:tcPr>
        <w:p w14:paraId="1542DD14" w14:textId="77777777" w:rsidR="0028246D" w:rsidRDefault="00000000">
          <w:proofErr w:type="spellStart"/>
          <w:r>
            <w:rPr>
              <w:rFonts w:ascii="Arial" w:hAnsi="Arial"/>
              <w:color w:val="787878"/>
              <w:sz w:val="17"/>
            </w:rPr>
            <w:t>SafeDesk</w:t>
          </w:r>
          <w:proofErr w:type="spellEnd"/>
          <w:r>
            <w:rPr>
              <w:rFonts w:ascii="Arial" w:hAnsi="Arial"/>
              <w:color w:val="787878"/>
              <w:sz w:val="17"/>
            </w:rPr>
            <w:t xml:space="preserve"> Digital Safety Management</w:t>
          </w:r>
        </w:p>
      </w:tc>
      <w:tc>
        <w:tcPr>
          <w:tcW w:w="5400" w:type="dxa"/>
        </w:tcPr>
        <w:p w14:paraId="41281465" w14:textId="77777777" w:rsidR="0028246D" w:rsidRDefault="00000000">
          <w:pPr>
            <w:jc w:val="right"/>
          </w:pPr>
          <w:r>
            <w:rPr>
              <w:rFonts w:ascii="Arial" w:hAnsi="Arial"/>
              <w:b/>
              <w:color w:val="EF4444"/>
              <w:sz w:val="17"/>
            </w:rPr>
            <w:t>ryxen.ca</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8BA29" w14:textId="77777777" w:rsidR="00520106" w:rsidRDefault="00520106">
      <w:pPr>
        <w:spacing w:after="0" w:line="240" w:lineRule="auto"/>
      </w:pPr>
      <w:r>
        <w:separator/>
      </w:r>
    </w:p>
  </w:footnote>
  <w:footnote w:type="continuationSeparator" w:id="0">
    <w:p w14:paraId="2B97BF27" w14:textId="77777777" w:rsidR="00520106" w:rsidRDefault="00520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9024188">
    <w:abstractNumId w:val="8"/>
  </w:num>
  <w:num w:numId="2" w16cid:durableId="173228653">
    <w:abstractNumId w:val="6"/>
  </w:num>
  <w:num w:numId="3" w16cid:durableId="265961403">
    <w:abstractNumId w:val="5"/>
  </w:num>
  <w:num w:numId="4" w16cid:durableId="1343433484">
    <w:abstractNumId w:val="4"/>
  </w:num>
  <w:num w:numId="5" w16cid:durableId="418520728">
    <w:abstractNumId w:val="7"/>
  </w:num>
  <w:num w:numId="6" w16cid:durableId="1399326823">
    <w:abstractNumId w:val="3"/>
  </w:num>
  <w:num w:numId="7" w16cid:durableId="784813358">
    <w:abstractNumId w:val="2"/>
  </w:num>
  <w:num w:numId="8" w16cid:durableId="1925533794">
    <w:abstractNumId w:val="1"/>
  </w:num>
  <w:num w:numId="9" w16cid:durableId="587812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6462"/>
    <w:rsid w:val="0015074B"/>
    <w:rsid w:val="0028246D"/>
    <w:rsid w:val="0029639D"/>
    <w:rsid w:val="00326F90"/>
    <w:rsid w:val="004D2725"/>
    <w:rsid w:val="0052010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CF881F"/>
  <w14:defaultImageDpi w14:val="300"/>
  <w15:docId w15:val="{CAA44FBA-AE1F-451D-8B07-7AE7AB91D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2502</Characters>
  <Application>Microsoft Office Word</Application>
  <DocSecurity>0</DocSecurity>
  <Lines>41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Ravinder Singh</cp:lastModifiedBy>
  <cp:revision>2</cp:revision>
  <dcterms:created xsi:type="dcterms:W3CDTF">2013-12-23T23:15:00Z</dcterms:created>
  <dcterms:modified xsi:type="dcterms:W3CDTF">2026-07-04T00:42:00Z</dcterms:modified>
  <cp:category/>
</cp:coreProperties>
</file>