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30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CNC Router Servo Drive Parameter Backup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create a verified backup of all servo drive parameters (gains, limits, tuning, and configuration) for each axis on the CNC router. This backup ensures that in the event of a drive failure, corruption, or accidental misconfiguration, the machine can be restored to its original performance state without requiring a full re-tuning session. This procedure is to be performed quarterly (every 3 months) or immediately after any servo drive parameter change or firmware update.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main power to the CNC router control cabinet and apply a personal lock and tag.</w:t>
              <w:br/>
            </w:r>
            <w:r>
              <w:rPr>
                <w:rFonts w:ascii="Arial" w:hAnsi="Arial"/>
                <w:color w:val="1E1E1E"/>
                <w:sz w:val="19"/>
              </w:rPr>
              <w:t>•  Pneumatic Isolation: Not required for this procedure as no pneumatic work is performed.</w:t>
              <w:br/>
            </w:r>
            <w:r>
              <w:rPr>
                <w:rFonts w:ascii="Arial" w:hAnsi="Arial"/>
                <w:color w:val="1E1E1E"/>
                <w:sz w:val="19"/>
              </w:rPr>
              <w:t>•  Hydraulic Isolation: Not required for this procedure as no hydraulic work is performed.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 and electrically rated gloves (Class 0 minimum) must be worn when working inside the control cabinet.</w:t>
              <w:br/>
            </w:r>
            <w:r>
              <w:rPr>
                <w:rFonts w:ascii="Arial" w:hAnsi="Arial"/>
                <w:color w:val="1E1E1E"/>
                <w:sz w:val="19"/>
              </w:rPr>
              <w:t>•  Additional Safety: Verify zero energy state with a calibrated voltmeter before touching any terminals.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Laptop with manufacturer-specific servo drive software (e.g., Yaskawa SigmaWin+, Allen-Bradley DriveTools, or Siemens Starter) installed and licensed.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USB-to-RS-232 or USB-to-USB programming cable compatible with the servo drive model.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voltmeter (Fluke 87V or equivalent) for zero-energy verification.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USB flash drive (FAT32 formatted) for storing backup files.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Label maker or permanent marker for labeling backup files.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Anti-static wrist strap.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LOTO: Isolate and lock out the main electrical disconnect for the CNC router. Verify zero voltage at the servo drive power terminals using a calibrated voltmeter.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Open the control cabinet and locate the servo drive for the axis being backed up. Note the drive model and serial number for file naming.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Connect the programming cable from the laptop to the servo drive's communication port (typically CN3 or CN8). Ensure the cable is fully seated and locked.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Re-energize the control cabinet by removing the personal lock and closing the disconnect. Power up the CNC router control system only (do not enable servo power or start a cycle).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Launch the servo drive software on the laptop. Select the correct communication port and establish a connection to the drive. Verify the drive model and firmware version match the expected values.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Navigate to the parameter backup or upload function within the software. Select all parameter groups (motion, tuning, limits, alarms, and configuration). Initiate the upload from the drive to the laptop.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Once the upload is complete, save the parameter file to the laptop's hard drive with a descriptive filename including the date, axis name, and drive serial number (e.g., X-Axis_Servo_Backup_2026-07-03_SN12345.prm).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Copy the saved parameter file to the USB flash drive as a secondary backup. Label the USB drive with the machine name and backup date.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Repeat steps 2 through 8 for each remaining axis (Y, Z, and any additional axes).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Disconnect the programming cable from the drive and laptop. Close the control cabinet door and secure all fasteners.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11.  </w:t>
      </w:r>
      <w:r>
        <w:rPr>
          <w:rFonts w:ascii="Arial" w:hAnsi="Arial"/>
          <w:color w:val="1E1E1E"/>
          <w:sz w:val="19"/>
        </w:rPr>
        <w:t>Power down the CNC router control system. Perform LOTO removal procedure: verify all personnel are clear, remove locks and tags, and restore main power.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Power up the CNC router and home all axes. Verify that no alarm codes are present on the servo drive or CNC control display.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Run a dry cycle (no material) of a simple program that moves all axes through their full range of motion at normal feed rates. Listen for any abnormal noise or vibration.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Perform a test cut on a scrap piece of material to confirm positioning accuracy and repeatability. Measure a known dimension and compare to the programmed value.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If any issues arise, restore the backup file from the USB flash drive using the same software and repeat the verification steps.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Sign off on the PM work order in ServiceGrid, noting the backup file location and date.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