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20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End Of Line Stretch Wrapper Film Threading And Tension Setting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correctly thread the stretch film through the pre-stretch rollers and set the film tension to the OEM-specified value. Proper threading and tension prevent film breakage, inconsistent wrap patterns, and excessive film waste. This procedure is performed at every film roll change or when tension-related wrapping defects are observed.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Disconnect main power to the stretch wrapper and apply a personal lockout tagout device on the disconnect switch.</w:t>
              <w:br/>
            </w:r>
            <w:r>
              <w:rPr>
                <w:rFonts w:ascii="Arial" w:hAnsi="Arial"/>
                <w:color w:val="1E1E1E"/>
                <w:sz w:val="19"/>
              </w:rPr>
              <w:t>•  Pneumatic Isolation: Close the shut-off valve on the compressed air supply line and bleed any residual pressure from the system.</w:t>
              <w:br/>
            </w:r>
            <w:r>
              <w:rPr>
                <w:rFonts w:ascii="Arial" w:hAnsi="Arial"/>
                <w:color w:val="1E1E1E"/>
                <w:sz w:val="19"/>
              </w:rPr>
              <w:t>•  Mechanical Lockout: Ensure the rotating arm or turntable is mechanically blocked or pinned to prevent unintended movement.</w:t>
              <w:br/>
            </w:r>
            <w:r>
              <w:rPr>
                <w:rFonts w:ascii="Arial" w:hAnsi="Arial"/>
                <w:color w:val="1E1E1E"/>
                <w:sz w:val="19"/>
              </w:rPr>
              <w:t>•  PPE: Wear cut-resistant gloves (ANSI A4 or higher) when handling film edges. Safety glasses and steel-toed boots are mandatory.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New stretch film roll (correct gauge and width per OEM spec)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Cut-resistant gloves (ANSI A4 or higher)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Tension gauge (spring scale or digital tension meter, 0-50 lb range)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Allen key set (metric, 4mm-10mm)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Torque wrench (0-20 Nm range)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Clean lint-free cloth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Isopropyl alcohol (99%) for cleaning rollers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Verify LOTO is applied: confirm the main disconnect is locked out and the pneumatic supply is isolated and bled down.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Remove the old film roll from the unwind shaft. Inspect the shaft for damage or debris; clean with a lint-free cloth if necessary.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Mount the new film roll onto the unwind shaft, ensuring the film unwinds in the correct direction (typically from the top, toward the pre-stretch rollers).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Thread the film through the dancer arm rollers, following the path indicated on the machine decal. Ensure the film passes between all nip rollers without twisting.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Route the film through the pre-stretch rollers. Verify the film is centered on each roller and that the roller gap is set to the OEM specification (typically 0.5-1.0 mm).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Engage the film clamp or nip roller mechanism. Tighten the clamp bolts to 8 Nm using a torque wrench to ensure even pressure across the film width.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Set the initial tension by adjusting the dancer arm spring preload or pneumatic regulator per the OEM manual. A typical starting value is 15-20 lbs of force.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Using a tension gauge, measure the film tension at the exit of the pre-stretch rollers. Adjust the dancer arm or regulator until the tension reads within ±2 lbs of the target value.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Manually rotate the turntable or arm one full revolution (with power off) to verify the film feeds smoothly and does not snag or tear.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Trim any excess film tail using a sharp blade, leaving approximately 6 inches for the next wrap cycle.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Remove all LOTO devices and restore power and pneumatic supply to the stretch wrapper.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Run a test wrap cycle on an empty pallet or a scrap load. Observe the film payout and tension during the entire cycle.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Inspect the wrap pattern: the film should be evenly applied with no loose areas or excessive neck-down. Adjust tension if necessary.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Measure the final film tension on the wrapped load using a tension gauge. Acceptable range is 18-22 lbs for standard applications.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Sign off on the PM work order in ServiceGrid, noting the new film roll installed and the final tension setting.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