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45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Restroom Exhaust Fan Belt Replacement and Motor Lubrication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replace the drive belt and lubricate the motor bearings on a restroom exhaust fan to maintain proper airflow, prevent belt slippage or breakage, and extend motor life. This PM is to be performed every 6 months (semi-annually) or at 2,000 operating hours, whichever comes first.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the exhaust fan from its dedicated circuit breaker or disconnect switch. Apply a personal lock and tag.</w:t>
              <w:br/>
            </w:r>
            <w:r>
              <w:rPr>
                <w:rFonts w:ascii="Arial" w:hAnsi="Arial"/>
                <w:color w:val="1E1E1E"/>
                <w:sz w:val="19"/>
              </w:rPr>
              <w:t>•  Mechanical Isolation: Ensure the fan wheel has come to a complete stop before accessing the drive components.</w:t>
              <w:br/>
            </w:r>
            <w:r>
              <w:rPr>
                <w:rFonts w:ascii="Arial" w:hAnsi="Arial"/>
                <w:color w:val="1E1E1E"/>
                <w:sz w:val="19"/>
              </w:rPr>
              <w:t>•  PPE: Safety glasses, cut-resistant gloves, and hearing protection (if fan is in a noisy area).</w:t>
              <w:br/>
            </w:r>
            <w:r>
              <w:rPr>
                <w:rFonts w:ascii="Arial" w:hAnsi="Arial"/>
                <w:color w:val="1E1E1E"/>
                <w:sz w:val="19"/>
              </w:rPr>
              <w:t>•  Confined Space: If the fan is in a ceiling plenum or tight space, follow confined space entry procedures if applicable.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Replacement drive belt (match OEM part number or measure belt cross-section and length)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Motor bearing grease (NLGI Grade 2, high-temperature, e.g., Mobil Polyrex EM or equivalent)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Grease gun with compatible coupler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Adjustable wrench or socket set (typically 10mm, 13mm, or 1/2 inch)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Allen key set (for set screws on pulleys)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Belt tension gauge (e.g., Gates Krikit or equivalent)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Rags and cleaning solvent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Flashlight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LOTO: Isolate electrical power to the fan at the breaker or disconnect switch. Lock and tag out. Verify zero energy by attempting to start the fan.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Remove the access panel or grille covering the fan drive assembly. Use appropriate tools to avoid damaging fasteners.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Inspect the existing belt for signs of wear, cracking, glazing, or fraying. Note the belt part number or measure its length and cross-section for replacement.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Loosen the motor mounting bolts (typically two or four bolts) using an adjustable wrench or socket. Do not remove bolts completely; just loosen enough to slide the motor toward the fan wheel.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Slide the motor toward the fan wheel to relieve belt tension. Remove the old belt from the pulleys.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Clean the pulley grooves with a rag and solvent to remove any belt debris or grease buildup. Inspect pulleys for wear or damage; replace if grooves are worn or chipped.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Install the new belt onto the pulleys without forcing or prying. Ensure the belt is seated properly in the grooves.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Slide the motor away from the fan wheel to tension the belt. Tighten the motor mounting bolts to the manufacturer's torque specification (typically 20-30 Nm for small motors).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Check belt tension using a belt tension gauge. For a standard V-belt, deflection should be approximately 1/64 inch per inch of belt span (e.g., 1/4 inch deflection for a 16-inch span). Adjust motor position as needed.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Lubricate the motor bearings: Locate the grease fittings (zerk fittings) on the motor. Wipe fittings clean, then apply 2-3 pumps of grease using a grease gun. Do not over-grease, as this can cause bearing overheating.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11.  </w:t>
      </w:r>
      <w:r>
        <w:rPr>
          <w:rFonts w:ascii="Arial" w:hAnsi="Arial"/>
          <w:color w:val="1E1E1E"/>
          <w:sz w:val="19"/>
        </w:rPr>
        <w:t>Rotate the fan wheel by hand to ensure the belt tracks correctly and there is no binding. Check that all fasteners are tight.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12.  </w:t>
      </w:r>
      <w:r>
        <w:rPr>
          <w:rFonts w:ascii="Arial" w:hAnsi="Arial"/>
          <w:color w:val="1E1E1E"/>
          <w:sz w:val="19"/>
        </w:rPr>
        <w:t>Reinstall the access panel or grille. Remove LOTO devices and restore power.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Turn on the fan and listen for unusual noises (squealing, rubbing, or grinding). Verify smooth operation.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Measure airflow at the exhaust grille using an anemometer (if available) to confirm adequate ventilation. Compare to baseline readings.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Check for any vibration or excessive heat after 5 minutes of operation. If abnormal, shut down and re-inspect belt tension and pulley alignment.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Sign off on the PM work order in ServiceGrid, noting belt part number, grease used, and any observations.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