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10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Drawer Slide Mounting Hole Pattern Verification Jig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that all drawer slide mounting hole patterns are accurately positioned within ±0.5 mm of the engineering drawing specifications. Proper hole alignment prevents binding, misalignment, and premature wear of drawer slides during assembly and final use.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Acceptable tolerance: All hole centers must fall within a 1.0 mm diameter tolerance zone relative to the nominal position defined on the approved drawing. Any deviation exceeding this limit constitutes a defect requiring immediate corrective action.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Dedicated drawer slide mounting hole pattern verification jig (calibrated and certified per plant standard)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(0-150 mm range, resolution 0.01 mm, calibrated)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Set of metric feeler gauges (0.05 mm to 1.00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Approved engineering drawing for the specific drawer slide model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Red defect tag and non-conformance log (ShopDocs QA module)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Clean, lint-free cloth for jig and part cleaning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clean, rubber-grip gloves to prevent oil transfer and scratches on finished panels.</w:t>
              <w:br/>
            </w:r>
            <w:r>
              <w:rPr>
                <w:rFonts w:ascii="Arial" w:hAnsi="Arial"/>
                <w:color w:val="1E1E1E"/>
                <w:sz w:val="19"/>
              </w:rPr>
              <w:t>•  Place panels on a non-marring, static-free assembly mat to avoid surface damage.</w:t>
              <w:br/>
            </w:r>
            <w:r>
              <w:rPr>
                <w:rFonts w:ascii="Arial" w:hAnsi="Arial"/>
                <w:color w:val="1E1E1E"/>
                <w:sz w:val="19"/>
              </w:rPr>
              <w:t>•  Handle the verification jig with care; store in a padded case when not in use to maintain calibration.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work area is free of debris and clutter to prevent tripping or jig damage.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Retrieve the approved engineering drawing for the drawer slide model being verified and confirm the nominal hole positions and tolerances.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Clean the verification jig and the drawer panel mounting surface with a lint-free cloth to remove any dust, chips, or residue.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Place the drawer panel face down on the assembly mat with the mounting surface facing up.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Align the verification jig over the mounting hole pattern, ensuring the jig's locating pins or edges seat fully against the panel reference edges.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Insert the jig's verification pins into each mounting hole. Each pin must pass through the hole without force and seat fully against the jig body.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If any pin does not insert freely, use a digital caliper to measure the hole center offset from the jig's nominal position. Record the deviation in mm.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For each hole, verify that the measured offset does not exceed ±0.5 mm in both X and Y axes relative to the drawing nominal.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If all holes pass, remove the jig and mark the panel as accepted with a green QA sticker or digital pass in ShopDocs.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If any hole fails, red-tag the panel immediately and place it in the designated rework area. Do not proceed with assembly.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Document the defect details in the ShopDocs QA module: panel ID, hole position, measured deviation, and operator name.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After completing the jig verification, perform a final visual inspection of the mounting surface for any burrs, chips, or damage that could affect slide installation.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If a defect is found, attach a red tag with the following information: date, operator name, defect description, and measured deviation.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Rework options: For minor deviations (≤0.5 mm), the hole may be carefully reamed to the correct position using a jig-guided reamer. For deviations &gt;0.5 mm, the panel must be scrapped or sent to engineering for disposition.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Log all rework and scrap actions in the ShopDocs QA module for root cause analysis and continuous improvement tracking.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If three or more consecutive panels fail the same hole position, stop the production line and notify the shift supervisor immediately for process adjustment.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