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10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Glass Insert Silicone Bead Uniformity Verification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the silicone bead applied around glass inserts in cabinet doors is uniform in width, height, and continuity. A consistent bead prevents water ingress, secures the glass, and provides a clean aesthetic. The acceptable tolerance for bead width is 3.0mm ±0.5mm, and bead height is 2.0mm ±0.5mm. No gaps, voids, or excess silicone beyond the specified tolerance are permitted.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 range, 0.01mm resolution)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Silicone Bead Profile Gauge (custom jig with 3.0mm ±0.5mm slot)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(0.5mm to 1.0mm for height verification)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White Lint-Free Cloth (for cleaning inspection area)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Inspection Light (LED, 5000K color temperature)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ShopDocs QA Checklist (digital or printed)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clean, non-abrasive gloves (nitrile or cotton) to avoid contaminating the silicone or glass surface.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glass inserts with both hands, supporting the edges to prevent breakage or stress on the silicone bond.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work surface is clean, dry, and free of debris to avoid scratching the glass or damaging the bead.</w:t>
              <w:br/>
            </w:r>
            <w:r>
              <w:rPr>
                <w:rFonts w:ascii="Arial" w:hAnsi="Arial"/>
                <w:color w:val="1E1E1E"/>
                <w:sz w:val="19"/>
              </w:rPr>
              <w:t>•  If silicone fumes are present, ensure adequate ventilation in the inspection area.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Place the cabinet door with glass insert on a clean, level inspection table with the silicone bead facing upward.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Visually inspect the entire silicone bead perimeter for obvious gaps, voids, or excess silicone using the inspection light at a 45-degree angle.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Select a representative section of the bead (at least 100mm long) on each of the four sides of the glass insert for measurement.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Using the digital caliper, measure the bead width at three points along each selected section: near the start, middle, and end. Record each measurement.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Insert the silicone bead profile gauge over the bead at each measurement point. The gauge should slide over the bead with light resistance; if it binds or has excessive play, the bead is out of tolerance.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Using the feeler gauge set, check bead height by inserting the 1.5mm gauge between the glass and the top of the bead. The gauge should not pass freely; if it does, the bead is too low. Repeat with the 2.5mm gauge; it should not fit under the bead.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Inspect the bead continuity by running a clean finger (with glove) along the bead path. Any sharp edges, dips, or discontinuities indicate a defect.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Verify that the silicone bead is fully cured (if applicable) by pressing lightly with a clean tool; no deformation should occur.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Document all measurements and observations on the ShopDocs QA Checklist, noting any deviations from the standard.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If the bead passes all checks, mark the door as approved and move to the next assembly step. If any defect is found, proceed to Section 5.0.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If the bead width exceeds 3.5mm or is less than 2.5mm, or if the height is outside 1.5mm to 2.5mm, flag the unit as non-conforming.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Apply a red tag to the door with the defect description, date, and inspector initials. Move the door to the rework area.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For minor excess silicone (width up to 4.0mm), carefully trim the bead with a sharp, clean blade and re-inspect per steps 4.4 to 4.9.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For gaps, voids, or low height, remove the entire bead using a silicone removal tool, clean the surface with isopropyl alcohol, and reapply silicone per the standard work instruction.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Log all out-of-tolerance defects in the ShopDocs QA module for root cause analysis. Include photos of the defect and the measurement data.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If three or more units from the same batch fail inspection, notify the production supervisor and initiate a process audit to identify the root cause (e.g., nozzle wear, pressure variation, operator technique).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