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10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Knob Handle Alignment Template Use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consistent and accurate placement of knob handles on cabinet doors and drawer fronts using a dedicated alignment template. Correct alignment prevents visual defects, binding, and customer complaints. The acceptable tolerance for knob center-to-edge distance is ±0.5mm from the specified drawing dimension. All knobs must be installed parallel to the door edge within 0.3mm over 100mm length.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Knob alignment template (acrylic or metal, laser-cut to exact hole pattern)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(0-150mm, resolution 0.01mm)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Pencil or fine-tip marker for marking hole centers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Center punch (optional, for pilot holes)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 with appropriate diameter bit for knob screw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screwdriver (set to manufacturer specification, typically 0.6-1.0 Nm)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(0.3mm and 0.5mm)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Non-marring clamp (to hold template in place)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safety glasses when drilling or using center punch.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finished doors and drawer fronts with clean, dry hands or cotton gloves to avoid oil or dirt transfer.</w:t>
              <w:br/>
            </w:r>
            <w:r>
              <w:rPr>
                <w:rFonts w:ascii="Arial" w:hAnsi="Arial"/>
                <w:color w:val="1E1E1E"/>
                <w:sz w:val="19"/>
              </w:rPr>
              <w:t>•  Place workpieces on a non-marring assembly mat to prevent surface scratches.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drill is set to low speed to avoid tear-out on finished surfaces.</w:t>
              <w:br/>
            </w:r>
            <w:r>
              <w:rPr>
                <w:rFonts w:ascii="Arial" w:hAnsi="Arial"/>
                <w:color w:val="1E1E1E"/>
                <w:sz w:val="19"/>
              </w:rPr>
              <w:t>•  Keep work area clear of debris and loose tools to prevent tripping hazards.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Verify the job drawing for the specified knob handle location: measure the required center-to-edge distance from the door/drawer edge (e.g., 25mm from top and side).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Select the correct alignment template matching the knob hole pattern and the required offset. Inspect the template for damage or wear; if any edge is chipped or distorted, reject the template and obtain a replacement.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Place the door or drawer front face-up on a clean, flat assembly surface. Ensure the workpiece is stable and will not shift during marking.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Position the alignment template against the reference edges (top and side) as per the drawing. Use a non-marring clamp to hold the template firmly in place without damaging the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Using a fine-tip marker or pencil, mark the center of each knob hole through the template guide holes. Apply light, consistent pressure to avoid enlarging the hole or damaging the template.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Remove the template and inspect the marked locations. Use a digital caliper to measure the distance from the marked center to the nearest door edge. Tolerance: ±0.5mm. If out of tolerance, clean the mark and reposition the template.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If using a center punch, lightly tap a pilot indentation at each marked center to guide the drill bit. Ensure the punch is perpendicular to the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Select the correct drill bit diameter for the knob screw (typically 4mm or 5mm). Drill through the door/drawer front at each marked center, using a slow speed and steady pressure. Drill from the finished face side to minimize tear-out.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Remove any dust or debris from the drilled holes using compressed air or a clean cloth. Inspect the holes for splintering or tear-out; if defects exceed 1mm diameter, flag the part for rework.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Insert the knob handle screw through the drilled hole from the front, and thread the knob onto the screw from the back. Tighten the screw using a torque screwdriver set to the manufacturer's specification (typically 0.6-1.0 Nm). Do not overtighten.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After installation, verify knob alignment using a feeler gauge: place the 0.3mm gauge between the knob base and the door surface. The gauge should fit snugly but not force. If the gap exceeds 0.5mm, loosen and re-tighten the knob.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Visually inspect the knob orientation: the handle should be parallel to the door edge within 0.3mm over 100mm. Use a straightedge and feeler gauge if necessary. If misaligned, remove the knob, re-drill if needed, or adjust the template position.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After installation, measure the knob center-to-edge distance using a digital caliper. Record the measurement on the QA checklist. Acceptable range: specified dimension ±0.5mm.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Check knob parallelism: place a straightedge along the door edge and measure the gap at the knob base. Gap must be ≤0.3mm over 100mm. If exceeded, flag for rework.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If any knob is out of tolerance, red-tag the door/drawer with a non-conformance tag. Attach the tag to the part and log the defect in the ShopDocs QA module with the following details: job number, part ID, measured deviation, and operator name.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For rework: remove the knob, fill the incorrect hole with wood filler (if applicable), sand flush, and re-drill using the correct template position. If the part cannot be reworked without cosmetic damage, escalate to the production supervisor for replacement.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At the end of each shift, review all logged defects in ShopDocs. Identify recurring issues (e.g., template wear, operator error) and initiate a root cause analysis (RCA) to prevent recurrence.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Clean the alignment template after each use with a soft cloth and store it in the designated template rack. Inspect the template weekly for wear; replace if any guide hole diameter has increased by more than 0.1mm.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