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Screw Holding Power Test In Particleboard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that screws driven into particleboard achieve a minimum pull-out resistance of 250 N (Newton) when tested with a calibrated pull-out gauge. This ensures the joint integrity and structural reliability of assembled products. The acceptable tolerance is ±10 N; any reading below 240 N constitutes a defect requiring immediate corrective action.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Calibrated screw pull-out force gauge (range 0-500 N, resolution 1 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Particleboard test specimen (pre-drilled with pilot hole per engineering specification)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production screws (type and size per BOM)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screwdriver (calibrated, range 0.5-5 Nm)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(0-150mm range, resolution 0.01mm)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Test fixture or clamp to secure specimen during pull-out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Data collection sheet or ShopDocs QA module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safety glasses to protect against particleboard dust and potential screw ejection.</w:t>
              <w:br/>
            </w:r>
            <w:r>
              <w:rPr>
                <w:rFonts w:ascii="Arial" w:hAnsi="Arial"/>
                <w:color w:val="1E1E1E"/>
                <w:sz w:val="19"/>
              </w:rPr>
              <w:t>•  Use cut-resistant gloves when handling test specimens to avoid splinters.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pull-out gauge is securely attached to the screw head to prevent slipping.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particleboard specimens on a clean, flat surface to avoid edge damage.</w:t>
              <w:br/>
            </w:r>
            <w:r>
              <w:rPr>
                <w:rFonts w:ascii="Arial" w:hAnsi="Arial"/>
                <w:color w:val="1E1E1E"/>
                <w:sz w:val="19"/>
              </w:rPr>
              <w:t>•  Dispose of tested specimens in designated scrap bin to prevent reuse.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Select a particleboard test specimen that matches the production material grade and thickness.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Measure and record the specimen thickness using a digital caliper; acceptable range is 18mm ±0.5mm.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Pre-drill a pilot hole in the center of the specimen using the specified drill bit diameter (e.g., 2.5mm for a #8 screw).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Insert the production screw into the pilot hole and drive it to a depth of 15mm ±1mm using the calibrated torque screwdriver set to 2.0 Nm.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Secure the test specimen in the test fixture so it cannot move during pull-out.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Attach the pull-out gauge hook to the screw head, ensuring full engagement without bending the screw.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Apply a steady, axial pull force perpendicular to the board surface at a rate of approximately 10 mm/min.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Record the peak force reading (in Newtons) at the moment the screw pulls out or the board fails.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Repeat the test on three separate specimens from the same production batch.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Calculate the average pull-out force; the batch passes if the average is ≥250 N and no individual reading is below 240 N.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If the average pull-out force is below 250 N or any individual reading is below 240 N, flag the batch as non-conforming.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Red-tag all affected material and isolate it in the quarantine area.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Notify the QA Supervisor and Production Lead immediately for root cause analysis.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Document the defect in the ShopDocs QA module, including batch number, test results, and operator ID.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Initiate a corrective action request (CAR) to investigate potential causes: pilot hole size, screw type, board density, or driving torque.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Rework is not permitted for failed screw holding power; the batch must be scrapped or returned to supplier.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