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Shelf Pin Hole Location Accuracy Measurement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that all shelf pin holes are drilled within the specified location tolerance to ensure proper shelf alignment, consistent reveal, and trouble-free assembly. Acceptable tolerance for hole center-to-center spacing is ±0.5 mm from the nominal dimension. Hole depth must be within ±0.3 mm of the specified depth. Any deviation beyond these limits constitutes a defect requiring corrective action.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 mm range, resolution 0.01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Depth gauge or depth micrometer (0-25 mm range)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Shelf pin hole location template or jig (calibrated to nominal dimensions)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Set of go/no-go pin gauges (for hole diameter verification)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Marking pen (non-permanent) for flagging defects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Inspection log sheet or digital QA form (ShopDocs)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safety glasses to protect against dust and debris from drilled panels.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panels with clean, dry hands or gloves to avoid oil transfer and surface contamination.</w:t>
              <w:br/>
            </w:r>
            <w:r>
              <w:rPr>
                <w:rFonts w:ascii="Arial" w:hAnsi="Arial"/>
                <w:color w:val="1E1E1E"/>
                <w:sz w:val="19"/>
              </w:rPr>
              <w:t>•  Place panels on a flat, stable inspection table to prevent warping or damage during measurement.</w:t>
              <w:br/>
            </w:r>
            <w:r>
              <w:rPr>
                <w:rFonts w:ascii="Arial" w:hAnsi="Arial"/>
                <w:color w:val="1E1E1E"/>
                <w:sz w:val="19"/>
              </w:rPr>
              <w:t>•  Use proper lifting techniques for large or heavy panels to prevent strain or injury.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Retrieve the panel from the CNC drilling station and place it on the inspection table with the drilled face up.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Visually inspect the panel for any obvious defects such as chipping, tear-out, or missing holes. Record any visual defects immediately.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Select the appropriate shelf pin hole location template or jig that matches the nominal hole pattern for the panel.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Align the template over the first row of shelf pin holes, ensuring it sits flush against the panel edge or reference datum.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Using the digital caliper, measure the distance from the panel edge to the center of the first hole in the row. Record the measurement.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Measure the center-to-center distance between the first and second holes in the same row using the caliper. Repeat for all consecutive holes in the row. Record each measurement.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Insert the depth gauge into the first hole and measure the depth. Ensure the gauge is perpendicular to the panel surface. Record the depth.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Repeat steps 5 through 7 for all remaining rows of shelf pin holes on the panel.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Compare all recorded measurements against the nominal dimensions and tolerance limits specified in the engineering drawing or work order.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If any measurement falls outside the ±0.5 mm tolerance for location or ±0.3 mm for depth, mark the defective hole(s) with a non-permanent marker and flag the panel for rework or rejection.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Document all measurements and any defects in the inspection log or ShopDocs QA module.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If the panel passes all measurements, stamp or label it as approved and move it to the assembly area. If it fails, follow the defect reporting procedure in Section 5.0.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Verify that all measurements have been recorded and compared against the nominal dimensions and tolerances. Confirm that the inspection log is complete and signed by the QA inspector.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If a defect is identified (location or depth out of tolerance), immediately attach a red tag to the panel with the defect description, date, and inspector initials.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Segregate the red-tagged panel in the designated non-conforming material area to prevent accidental use in assembly.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Notify the CNC operator and shift supervisor of the defect. Provide the specific measurement data to assist in root cause analysis.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For panels with minor location deviations (within 0.5 mm of tolerance), the QA manager may authorize re-drilling or plugging and re-drilling per the rework procedure. Document the rework action.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For panels with major deviations (exceeding 1.0 mm) or multiple defects, the panel must be scrapped. Complete a non-conformance report and submit it to the production manager for process improvement.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Log all defects and corrective actions in the ShopDocs QA module for trend analysis and continuous improvement.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